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ונימוס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ושלבים לראיון עם אדם מבוגר שחשוב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 גרת כשהיית ילד או ילדה?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מסתכלים, מהנהנים ולא מפריעים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סגורה היא קצרה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לחכות שהמרואיין יסיים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של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(שיחה שבה שואלים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שמקבלת תשובה ארוכה ומפורטת)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(שאלה שמקבלת תשובה קצרה של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(האדם שעונה על השאלות בראיון)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אדם מבוגר שחשוב לי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רשות להקליט או לרשום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שאלות ולהקשיב בתשומת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 מקבלת תשובה ארוכה, למשל 'ספרי לי על הילדות שלך', ושאלה סגורה מקבלת תשובה של כן או לא, למשל 'היה לך כלב?'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מקבלת תשובה ארוכה, שאלה סגורה מקבלת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שממשיכה את הנושא, למשל 'איך היה לגדול שם?'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 ולקבל את הסכמתו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שואל ותלמיד 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לקרוא יחד דוגמה לראיון קצר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מכינים ראיון מוצלח עם אדם מבוגר שחשוב לנו - איזה שאלות שואלים, איך מקשיבים ולמה חשוב להודות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רשות  ·  סגורה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 גרת כשהיית ילד או 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אהבת לשחק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היה לך תחביב?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כשמקשיבים למרואיין?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מסתכלים, מהנהנים ולא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מדברים כל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סגורה מקבלת בדרך כלל תשובה של כן או 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להפריע למרואיין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של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האדם שעונה על השאלות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שמקבלת תשובה קצרה של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שיחה שבה שואלים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שמקבלת תשובה ארוכה ומפורטת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שאלה שמקבלת תשובה של כן או לא נקראת שאלה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שמקליטים את הראיון צריך לבקש __________ מהמרואיין.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שאלות ולהקשיב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לבקש רשות להקליט או לרשום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אדם מבוגר שחשוב לי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שאלה פתוחה לשאלה סגורה? 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שאלת המשך אחת שאפשר לשאול אחרי התשובה 'גדלתי בכפר 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מראיינים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