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הראיון שלי - איך מראיינים אדם מבוגר שחשוב 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שאלה פתוחה לשאלה סגורה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הקשבה ונימוס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שאלות ושלבים לראיון עם אדם מבוגר שחשוב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איפה גרת כשהיית ילד או ילדה?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מסתכלים, מהנהנים ולא מפריעים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לשמוע עוד פרטים מעניינים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כל אדם מבוגר שחשוב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לבקש רשות מהמרואיין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שאלה סגורה היא קצרה וממוקדת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לחכות שהמרואיין יסיים לדבר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חלק חשוב מהנימוס בראיון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שאלת המשך מעמיקה בנושא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תמיד צריך לבקש רשות לפני הקלטה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של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(שיחה שבה שואלים שאלות כדי ללמוד על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(שאלה שמקבלת תשובה ארוכה ומפורטת)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(שאלה שמקבלת תשובה קצרה של כן או לא)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(האדם שעונה על השאלות בראיון)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(מסתכלים, מהנהנים ולא מפריעים)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אדם מבוגר שחשוב לי לראיין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רשימת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לבקש רשות להקליט או לרשום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לשאול שאלות ולהקשיב בתשומת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להודות למרואיין בסוף הראיון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 לכתיבה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פתוחה מקבלת תשובה ארוכה, למשל 'ספרי לי על הילדות שלך', ושאלה סגורה מקבלת תשובה של כן או לא, למשל 'היה לך כלב?'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לכבד אותו, לשמוע את כל הסיפור ולא לבלבל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פתוחה מקבלת תשובה ארוכה, שאלה סגורה מקבלת כן או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שממשיכה את הנושא, למשל 'איך היה לגדול שם?'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לכבד את המרואיין ולקבל את הסכמתו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- תלמיד שואל ותלמיד שני עונה כמרואיין דמיוני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שאלה פתוחה מול שאלה סגורה על אותו 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העבודה העצמאית אפשר לקרוא יחד דוגמה לראיון קצר מהשיעור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הראיון שלי - איך מראיינים אדם מבוגר שחשוב 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לשאול שאלות באדם מבוגר ולהקשיב לו בראיון.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שואלים שאלות כדי ללמוד על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מראיין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ששואל את השאלות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מרואיין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שעונה על השאלות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פתוחה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שמקבלת תשובה ארוכה ומפורטת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סגורה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שמקבלת תשובה קצרה של כן או לא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שאלת המשך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ששואלים כדי לשמוע עוד פרטים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להקשיב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להסתכל, להנהן ולא להפריע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אישור של מישהו לעשות משהו, למשל להקליט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שאלה מקבלת תשובה ארוכה?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 גרת כשהיית ילד או ילדה?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אהבת לשחק בחוץ?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היה לך תחביב?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למדת בבית 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כדי להקשיב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מסתכלים, מהנהנים ולא מפריעים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משחקים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מדברים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שואלים שאלת המשך?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לסיים את הראיון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לשמוע עוד פרטים מעניינים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כמה זמן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את מי מותר לראיין?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את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אדם מבוגר שחשוב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חבר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לפני הקלטה?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לבקש רשות מהמרואיין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להתחיל להקליט בלי להגיד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לכבות את המצלמה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רק שאלות כן ולא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סגורה מקבלת בדרך כלל תשובה של כן או לא.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להפריע למרואיין כדי לשאול שאלה חדשה.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הראיון חשוב להגיד תודה למרואיין.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המשך עוזרת לשמוע יותר פרטים על נושא מעניין.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להקליט מישהו בלי לבקש ממנו רשות.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של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מסתכלים, מהנהנים ולא מפריעים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שאלה פתוחה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שיחה שבה שואלים שאלות כדי ללמוד על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שאלה סגורה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האדם שעונה על השאלות בראיון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מרואיין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שאלה שמקבלת תשובה קצרה של כן או לא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מקשיבים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שאלה שמקבלת תשובה ארוכה ומפורטת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שאלה שמקבלת תשובה של כן או לא נקראת שאלה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שמקליטים את הראיון צריך לבקש __________ מהמרואיין.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לשמוע עוד פרטים מעניינים שואלים שאלת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הראיון חשוב להגיד למרואיין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להודות למרואיין בסוף הראיון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אדם מבוגר שחשוב לי לראיין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רשימת שאלות פתוחות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לבקש רשות להקליט או לרשום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שאלות ולהקשיב בתשומת 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 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שאלה פתוחה לשאלה סגורה? תנו דוגמה לכל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לא להפריע למרואיין באמצע התשובה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שאלה פתוחה לשאלה סגורה?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שאלת המשך אחת שאפשר לשאול אחרי התשובה 'גדלתי בכפר קטן'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לבקש רשות לפני שמקליטים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ערכת הראיון שלי - איך מראיינים אדם מבוגר שחשוב 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